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EF84F" w14:textId="77777777" w:rsidR="00465DCF" w:rsidRDefault="00465DCF"/>
    <w:p w14:paraId="0A78BC67" w14:textId="77777777" w:rsidR="00465DCF" w:rsidRDefault="00465DCF"/>
    <w:p w14:paraId="54E07CC1" w14:textId="77777777" w:rsidR="002F5C1C" w:rsidRDefault="002F5C1C">
      <w:r>
        <w:t>Ciudad: ____________________________</w:t>
      </w:r>
      <w:r>
        <w:br/>
      </w:r>
    </w:p>
    <w:p w14:paraId="431EE0F0" w14:textId="77777777" w:rsidR="00465DCF" w:rsidRDefault="002F5C1C">
      <w:proofErr w:type="spellStart"/>
      <w:r>
        <w:t>Fecha</w:t>
      </w:r>
      <w:proofErr w:type="spellEnd"/>
      <w:r>
        <w:t>: ____ / ____ / ______</w:t>
      </w:r>
      <w:r>
        <w:br/>
      </w:r>
      <w:r>
        <w:br/>
        <w:t>Señores:</w:t>
      </w:r>
      <w:r>
        <w:br/>
        <w:t>____________________________________</w:t>
      </w:r>
      <w:r>
        <w:br/>
        <w:t>Ciudad</w:t>
      </w:r>
      <w:r>
        <w:br/>
      </w:r>
      <w:r>
        <w:br/>
        <w:t>Asunto: Certificación de ingresos</w:t>
      </w:r>
      <w:r>
        <w:br/>
      </w:r>
      <w:r>
        <w:br/>
        <w:t>Yo, ____________________________, identificado(a) con cédula de ciudadanía No. ______________ expedida en ____________, actuando en calidad de representante legal / empresario(a) de ____________________________, identificado(a) con NIT No. ________________, me permito certificar que durante el año gravable ________, los ingresos totales obtenidos ascendieron a la suma de CINCUENTA MILLONES DE PESOS M/CTE ($50.000.000).</w:t>
      </w:r>
      <w:r>
        <w:br/>
      </w:r>
      <w:r>
        <w:br/>
        <w:t>Declaro que la información suministrada es veraz y corresponde a la realidad económica del periodo indicado.</w:t>
      </w:r>
      <w:r>
        <w:br/>
      </w:r>
      <w:r>
        <w:br/>
        <w:t>La presente certificación se expide a solicitud del interesado para los fines que estime convenientes.</w:t>
      </w:r>
      <w:r>
        <w:br/>
      </w:r>
    </w:p>
    <w:p w14:paraId="12A83573" w14:textId="77777777" w:rsidR="00465DCF" w:rsidRDefault="00465DCF">
      <w:r w:rsidRPr="00465DCF">
        <w:t>Este documento se expide exclusivamente para participar en la convocatoria del programa Meta+Productiva de Cofrem 2026</w:t>
      </w:r>
      <w:r>
        <w:t>.</w:t>
      </w:r>
    </w:p>
    <w:p w14:paraId="5A174395" w14:textId="77777777" w:rsidR="00465DCF" w:rsidRDefault="002F5C1C">
      <w:r>
        <w:br/>
        <w:t>Cordialmente,</w:t>
      </w:r>
      <w:r>
        <w:br/>
      </w:r>
    </w:p>
    <w:p w14:paraId="49889DEB" w14:textId="77777777" w:rsidR="00465DCF" w:rsidRDefault="00465DCF"/>
    <w:p w14:paraId="191F24B4" w14:textId="77777777" w:rsidR="00465DCF" w:rsidRDefault="002F5C1C">
      <w:r>
        <w:br/>
        <w:t>____________________________________</w:t>
      </w:r>
      <w:r>
        <w:br/>
        <w:t>Firma del Empresario / Representante Legal</w:t>
      </w:r>
      <w:r>
        <w:br/>
        <w:t>Nombre: ____________________________</w:t>
      </w:r>
      <w:r>
        <w:br/>
        <w:t>C.C.: ____________________________</w:t>
      </w:r>
      <w:r>
        <w:br/>
        <w:t>Teléfono: ____________________________</w:t>
      </w:r>
      <w:r>
        <w:br/>
        <w:t>Correo electrónico: ____________________________</w:t>
      </w:r>
      <w:r>
        <w:br/>
      </w:r>
    </w:p>
    <w:p w14:paraId="5ACFC92F" w14:textId="77777777" w:rsidR="00465DCF" w:rsidRDefault="00465DCF"/>
    <w:p w14:paraId="7065E7F6" w14:textId="77777777" w:rsidR="00465DCF" w:rsidRDefault="002F5C1C">
      <w:r>
        <w:br/>
      </w:r>
    </w:p>
    <w:p w14:paraId="1080CB0C" w14:textId="77777777" w:rsidR="00465DCF" w:rsidRDefault="002F5C1C">
      <w:r>
        <w:t xml:space="preserve">Certifico que la información anterior ha sido verificada conforme a los soportes contables </w:t>
      </w:r>
      <w:r w:rsidR="00465DCF">
        <w:t>disponible</w:t>
      </w:r>
      <w:r>
        <w:t>.</w:t>
      </w:r>
    </w:p>
    <w:p w14:paraId="37FA3672" w14:textId="77777777" w:rsidR="00465DCF" w:rsidRDefault="00465DCF"/>
    <w:p w14:paraId="150777E7" w14:textId="77777777" w:rsidR="00465DCF" w:rsidRDefault="00465DCF"/>
    <w:p w14:paraId="5A8F8D24" w14:textId="082D3518" w:rsidR="00CB1884" w:rsidRDefault="002F5C1C">
      <w:r>
        <w:br/>
        <w:t>____________________________________</w:t>
      </w:r>
      <w:r>
        <w:br/>
        <w:t>Firma del Contador Público / Revisor Fiscal</w:t>
      </w:r>
      <w:r w:rsidR="00016FF6">
        <w:t xml:space="preserve">/ </w:t>
      </w:r>
      <w:r w:rsidR="00016FF6" w:rsidRPr="00016FF6">
        <w:rPr>
          <w:lang w:val="es-ES"/>
        </w:rPr>
        <w:t xml:space="preserve">Representante legal </w:t>
      </w:r>
      <w:r w:rsidRPr="00016FF6">
        <w:rPr>
          <w:lang w:val="es-ES"/>
        </w:rPr>
        <w:br/>
        <w:t>Nombre: ____________________________</w:t>
      </w:r>
      <w:r w:rsidRPr="00016FF6">
        <w:rPr>
          <w:lang w:val="es-ES"/>
        </w:rPr>
        <w:br/>
      </w:r>
      <w:r>
        <w:t>C.C.: ____________________________</w:t>
      </w:r>
      <w:r>
        <w:br/>
        <w:t>Tarjeta Profesional No.: ____________________________</w:t>
      </w:r>
      <w:r>
        <w:br/>
        <w:t>Entidad que expide la T.P.: ____________________________</w:t>
      </w:r>
      <w:r>
        <w:br/>
        <w:t>Teléfono: ____________________________</w:t>
      </w:r>
      <w:r>
        <w:br/>
        <w:t>Correo electrónico: ____________________________</w:t>
      </w:r>
      <w:r>
        <w:br/>
      </w:r>
    </w:p>
    <w:sectPr w:rsidR="00CB1884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B03EA" w14:textId="77777777" w:rsidR="00153D25" w:rsidRDefault="00153D25" w:rsidP="00465DCF">
      <w:pPr>
        <w:spacing w:after="0" w:line="240" w:lineRule="auto"/>
      </w:pPr>
      <w:r>
        <w:separator/>
      </w:r>
    </w:p>
  </w:endnote>
  <w:endnote w:type="continuationSeparator" w:id="0">
    <w:p w14:paraId="43125F88" w14:textId="77777777" w:rsidR="00153D25" w:rsidRDefault="00153D25" w:rsidP="00465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1E972" w14:textId="77777777" w:rsidR="00153D25" w:rsidRDefault="00153D25" w:rsidP="00465DCF">
      <w:pPr>
        <w:spacing w:after="0" w:line="240" w:lineRule="auto"/>
      </w:pPr>
      <w:r>
        <w:separator/>
      </w:r>
    </w:p>
  </w:footnote>
  <w:footnote w:type="continuationSeparator" w:id="0">
    <w:p w14:paraId="6D61CD6D" w14:textId="77777777" w:rsidR="00153D25" w:rsidRDefault="00153D25" w:rsidP="00465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7C14" w14:textId="77777777" w:rsidR="00465DCF" w:rsidRDefault="00465DC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5A9104" wp14:editId="327A223E">
              <wp:simplePos x="0" y="0"/>
              <wp:positionH relativeFrom="column">
                <wp:posOffset>-281940</wp:posOffset>
              </wp:positionH>
              <wp:positionV relativeFrom="paragraph">
                <wp:posOffset>-45720</wp:posOffset>
              </wp:positionV>
              <wp:extent cx="2263140" cy="876300"/>
              <wp:effectExtent l="0" t="0" r="22860" b="190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3140" cy="87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DBF236F" w14:textId="77777777" w:rsidR="00465DCF" w:rsidRDefault="00465DCF" w:rsidP="00465DCF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68BF3E53" w14:textId="77777777" w:rsidR="00465DCF" w:rsidRPr="00465DCF" w:rsidRDefault="00465DCF" w:rsidP="00465DCF">
                          <w:pPr>
                            <w:jc w:val="center"/>
                            <w:rPr>
                              <w:lang w:val="es-MX"/>
                            </w:rPr>
                          </w:pPr>
                          <w:r>
                            <w:rPr>
                              <w:lang w:val="es-MX"/>
                            </w:rPr>
                            <w:t>Logo de Su Empresa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22.2pt;margin-top:-3.6pt;width:178.2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" fillcolor="white [3201]" strokeweight=".5pt">
              <v:textbox>
                <w:txbxContent>
                  <w:p w:rsidR="00465DCF" w:rsidRDefault="00465DCF" w:rsidP="00465DCF">
                    <w:pPr>
                      <w:jc w:val="center"/>
                      <w:rPr>
                        <w:lang w:val="es-MX"/>
                      </w:rPr>
                    </w:pPr>
                  </w:p>
                  <w:p w:rsidR="00465DCF" w:rsidRPr="00465DCF" w:rsidRDefault="00465DCF" w:rsidP="00465DCF">
                    <w:pPr>
                      <w:jc w:val="center"/>
                      <w:rPr>
                        <w:lang w:val="es-MX"/>
                      </w:rPr>
                    </w:pPr>
                    <w:r>
                      <w:rPr>
                        <w:lang w:val="es-MX"/>
                      </w:rPr>
                      <w:t>Logo de Su Empresa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8346573">
    <w:abstractNumId w:val="8"/>
  </w:num>
  <w:num w:numId="2" w16cid:durableId="323630011">
    <w:abstractNumId w:val="6"/>
  </w:num>
  <w:num w:numId="3" w16cid:durableId="1760562172">
    <w:abstractNumId w:val="5"/>
  </w:num>
  <w:num w:numId="4" w16cid:durableId="1496605816">
    <w:abstractNumId w:val="4"/>
  </w:num>
  <w:num w:numId="5" w16cid:durableId="1057700866">
    <w:abstractNumId w:val="7"/>
  </w:num>
  <w:num w:numId="6" w16cid:durableId="2045867142">
    <w:abstractNumId w:val="3"/>
  </w:num>
  <w:num w:numId="7" w16cid:durableId="2021739800">
    <w:abstractNumId w:val="2"/>
  </w:num>
  <w:num w:numId="8" w16cid:durableId="1319307053">
    <w:abstractNumId w:val="1"/>
  </w:num>
  <w:num w:numId="9" w16cid:durableId="92919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FF6"/>
    <w:rsid w:val="00034616"/>
    <w:rsid w:val="0006063C"/>
    <w:rsid w:val="0015074B"/>
    <w:rsid w:val="00153D25"/>
    <w:rsid w:val="00274D5F"/>
    <w:rsid w:val="0029639D"/>
    <w:rsid w:val="002F5C1C"/>
    <w:rsid w:val="00326F90"/>
    <w:rsid w:val="00465DCF"/>
    <w:rsid w:val="00707C08"/>
    <w:rsid w:val="00AA1D8D"/>
    <w:rsid w:val="00B47730"/>
    <w:rsid w:val="00CB0664"/>
    <w:rsid w:val="00CB18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607265"/>
  <w14:defaultImageDpi w14:val="300"/>
  <w15:docId w15:val="{6455885E-0CE2-4E8F-B5F9-498C1E06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01327811FFAE4F9A588A457431A121" ma:contentTypeVersion="15" ma:contentTypeDescription="Crear nuevo documento." ma:contentTypeScope="" ma:versionID="c2d426b3d3d5698c6dca05779ec6f477">
  <xsd:schema xmlns:xsd="http://www.w3.org/2001/XMLSchema" xmlns:xs="http://www.w3.org/2001/XMLSchema" xmlns:p="http://schemas.microsoft.com/office/2006/metadata/properties" xmlns:ns1="http://schemas.microsoft.com/sharepoint/v3" xmlns:ns2="3995a818-6ded-4834-b64e-a99456a0f41e" xmlns:ns3="d8961335-1491-4461-b4c1-08ac5ebe6ee9" targetNamespace="http://schemas.microsoft.com/office/2006/metadata/properties" ma:root="true" ma:fieldsID="38494295bb2710d92a173ec4f98bc3bd" ns1:_="" ns2:_="" ns3:_="">
    <xsd:import namespace="http://schemas.microsoft.com/sharepoint/v3"/>
    <xsd:import namespace="3995a818-6ded-4834-b64e-a99456a0f41e"/>
    <xsd:import namespace="d8961335-1491-4461-b4c1-08ac5ebe6e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a818-6ded-4834-b64e-a99456a0f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cd2eb62b-1c7a-44d0-b444-2a9db98ab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61335-1491-4461-b4c1-08ac5ebe6ee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650ffe1-4c31-48ee-a18b-8852c2f63f6b}" ma:internalName="TaxCatchAll" ma:showField="CatchAllData" ma:web="d8961335-1491-4461-b4c1-08ac5ebe6e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995a818-6ded-4834-b64e-a99456a0f41e">
      <Terms xmlns="http://schemas.microsoft.com/office/infopath/2007/PartnerControls"/>
    </lcf76f155ced4ddcb4097134ff3c332f>
    <_ip_UnifiedCompliancePolicyProperties xmlns="http://schemas.microsoft.com/sharepoint/v3" xsi:nil="true"/>
    <TaxCatchAll xmlns="d8961335-1491-4461-b4c1-08ac5ebe6e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F4B11C-E605-4A58-BBB6-5400D2855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95a818-6ded-4834-b64e-a99456a0f41e"/>
    <ds:schemaRef ds:uri="d8961335-1491-4461-b4c1-08ac5ebe6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5347E2-1B10-4C36-A122-8E7FEA826B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95a818-6ded-4834-b64e-a99456a0f41e"/>
    <ds:schemaRef ds:uri="d8961335-1491-4461-b4c1-08ac5ebe6ee9"/>
  </ds:schemaRefs>
</ds:datastoreItem>
</file>

<file path=customXml/itemProps3.xml><?xml version="1.0" encoding="utf-8"?>
<ds:datastoreItem xmlns:ds="http://schemas.openxmlformats.org/officeDocument/2006/customXml" ds:itemID="{0DC2E633-C71A-4817-B5FA-7E462DC1AD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F7B1F1-FAC7-4B81-A402-B5D671A3C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243</Words>
  <Characters>1416</Characters>
  <Application>Microsoft Office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Cristina Restrepo Arango</dc:creator>
  <cp:keywords/>
  <dc:description>generated by python-docx</dc:description>
  <cp:lastModifiedBy>Isabel Cristina Restrepo Arango</cp:lastModifiedBy>
  <cp:revision>4</cp:revision>
  <dcterms:created xsi:type="dcterms:W3CDTF">2026-04-15T23:09:00Z</dcterms:created>
  <dcterms:modified xsi:type="dcterms:W3CDTF">2026-09-23T20:20:00Z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0x0101003D01327811FFAE4F9A588A457431A121</vt:lpwstr>
  </property>
</Properties>
</file>